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0BC6F" w14:textId="39F75308" w:rsidR="00D5217A" w:rsidRDefault="00144B51" w:rsidP="00144B51">
      <w:pPr>
        <w:spacing w:after="40"/>
        <w:jc w:val="center"/>
      </w:pPr>
      <w:r>
        <w:rPr>
          <w:b/>
          <w:color w:val="262626"/>
          <w:sz w:val="28"/>
        </w:rPr>
        <w:t xml:space="preserve">GLOSSARY </w:t>
      </w:r>
    </w:p>
    <w:p w14:paraId="50E9B787" w14:textId="3B1B447D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Decide :</w:t>
      </w:r>
      <w:proofErr w:type="gramEnd"/>
      <w:r w:rsidRPr="00144B51">
        <w:rPr>
          <w:b/>
        </w:rPr>
        <w:t xml:space="preserve"> </w:t>
      </w:r>
      <w:proofErr w:type="spellStart"/>
      <w:r>
        <w:t>Memutuskan</w:t>
      </w:r>
      <w:proofErr w:type="spellEnd"/>
    </w:p>
    <w:p w14:paraId="3132A1A4" w14:textId="6D6CB75F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Avoid :</w:t>
      </w:r>
      <w:proofErr w:type="gramEnd"/>
      <w:r w:rsidRPr="00144B51">
        <w:rPr>
          <w:b/>
        </w:rPr>
        <w:t xml:space="preserve"> </w:t>
      </w:r>
      <w:proofErr w:type="spellStart"/>
      <w:r>
        <w:t>Menghindari</w:t>
      </w:r>
      <w:proofErr w:type="spellEnd"/>
    </w:p>
    <w:p w14:paraId="7E6FE41F" w14:textId="3FD180E2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Suggest :</w:t>
      </w:r>
      <w:proofErr w:type="gramEnd"/>
      <w:r w:rsidRPr="00144B51">
        <w:rPr>
          <w:b/>
        </w:rPr>
        <w:t xml:space="preserve"> </w:t>
      </w:r>
      <w:proofErr w:type="spellStart"/>
      <w:r>
        <w:t>Menyarankan</w:t>
      </w:r>
      <w:proofErr w:type="spellEnd"/>
    </w:p>
    <w:p w14:paraId="258F6769" w14:textId="62A3F5B6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Disturb :</w:t>
      </w:r>
      <w:proofErr w:type="gramEnd"/>
      <w:r w:rsidRPr="00144B51">
        <w:rPr>
          <w:b/>
        </w:rPr>
        <w:t xml:space="preserve"> </w:t>
      </w:r>
      <w:proofErr w:type="spellStart"/>
      <w:r>
        <w:t>Mengganggu</w:t>
      </w:r>
      <w:proofErr w:type="spellEnd"/>
    </w:p>
    <w:p w14:paraId="097EDB39" w14:textId="0C6A2EB1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r w:rsidRPr="00144B51">
        <w:rPr>
          <w:b/>
        </w:rPr>
        <w:t>Equipment</w:t>
      </w:r>
      <w:r w:rsidRPr="00144B51">
        <w:rPr>
          <w:b/>
        </w:rPr>
        <w:t xml:space="preserve">: </w:t>
      </w:r>
      <w:proofErr w:type="spellStart"/>
      <w:r>
        <w:t>Peralatan</w:t>
      </w:r>
      <w:proofErr w:type="spellEnd"/>
      <w:r>
        <w:t xml:space="preserve"> / </w:t>
      </w:r>
      <w:proofErr w:type="spellStart"/>
      <w:r>
        <w:t>Perlengkapan</w:t>
      </w:r>
      <w:proofErr w:type="spellEnd"/>
    </w:p>
    <w:p w14:paraId="62ACD666" w14:textId="436913C5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Unexpected :</w:t>
      </w:r>
      <w:proofErr w:type="gramEnd"/>
      <w:r w:rsidRPr="00144B51">
        <w:rPr>
          <w:b/>
        </w:rP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terduga</w:t>
      </w:r>
      <w:proofErr w:type="spellEnd"/>
    </w:p>
    <w:p w14:paraId="1BA9E5D7" w14:textId="66C621D7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Delay :</w:t>
      </w:r>
      <w:proofErr w:type="gramEnd"/>
      <w:r w:rsidRPr="00144B51">
        <w:rPr>
          <w:b/>
        </w:rPr>
        <w:t xml:space="preserve"> </w:t>
      </w:r>
      <w:proofErr w:type="spellStart"/>
      <w:r>
        <w:t>Penundaan</w:t>
      </w:r>
      <w:proofErr w:type="spellEnd"/>
      <w:r>
        <w:t xml:space="preserve"> / Menunda</w:t>
      </w:r>
    </w:p>
    <w:p w14:paraId="5FE33A53" w14:textId="35226803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Improve :</w:t>
      </w:r>
      <w:proofErr w:type="gramEnd"/>
      <w:r w:rsidRPr="00144B51">
        <w:rPr>
          <w:b/>
        </w:rPr>
        <w:t xml:space="preserve"> </w:t>
      </w:r>
      <w:proofErr w:type="spellStart"/>
      <w:r>
        <w:t>Meningkatkan</w:t>
      </w:r>
      <w:proofErr w:type="spellEnd"/>
      <w:r>
        <w:t xml:space="preserve"> / Memperbaiki</w:t>
      </w:r>
    </w:p>
    <w:p w14:paraId="2B417E76" w14:textId="6CA2092B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r w:rsidRPr="00144B51">
        <w:rPr>
          <w:b/>
        </w:rPr>
        <w:t>Practice</w:t>
      </w:r>
      <w:r w:rsidRPr="00144B51">
        <w:rPr>
          <w:b/>
        </w:rPr>
        <w:t xml:space="preserve">: </w:t>
      </w:r>
      <w:proofErr w:type="spellStart"/>
      <w:r>
        <w:t>Berlatih</w:t>
      </w:r>
      <w:proofErr w:type="spellEnd"/>
      <w:r>
        <w:t xml:space="preserve"> / Latihan</w:t>
      </w:r>
    </w:p>
    <w:p w14:paraId="0A9D3575" w14:textId="4D28075F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r w:rsidRPr="00144B51">
        <w:rPr>
          <w:b/>
        </w:rPr>
        <w:t>Immediately</w:t>
      </w:r>
      <w:r w:rsidRPr="00144B51">
        <w:rPr>
          <w:b/>
        </w:rPr>
        <w:t xml:space="preserve">: </w:t>
      </w:r>
      <w:proofErr w:type="spellStart"/>
      <w:r>
        <w:t>Segera</w:t>
      </w:r>
      <w:proofErr w:type="spellEnd"/>
      <w:r>
        <w:t xml:space="preserve"> / </w:t>
      </w:r>
      <w:proofErr w:type="spellStart"/>
      <w:r>
        <w:t>Langsung</w:t>
      </w:r>
      <w:proofErr w:type="spellEnd"/>
    </w:p>
    <w:p w14:paraId="4C189302" w14:textId="7D81D392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Interrupt :</w:t>
      </w:r>
      <w:proofErr w:type="gramEnd"/>
      <w:r w:rsidRPr="00144B51">
        <w:rPr>
          <w:b/>
        </w:rPr>
        <w:t xml:space="preserve"> </w:t>
      </w:r>
      <w:proofErr w:type="spellStart"/>
      <w:r>
        <w:t>Menyela</w:t>
      </w:r>
      <w:proofErr w:type="spellEnd"/>
      <w:r>
        <w:t xml:space="preserve"> / Terinterupsi</w:t>
      </w:r>
    </w:p>
    <w:p w14:paraId="65CC94D5" w14:textId="12DB8104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Forecast :</w:t>
      </w:r>
      <w:proofErr w:type="gramEnd"/>
      <w:r w:rsidRPr="00144B51">
        <w:rPr>
          <w:b/>
        </w:rPr>
        <w:t xml:space="preserve"> </w:t>
      </w:r>
      <w:proofErr w:type="spellStart"/>
      <w:r>
        <w:t>Prakiraan</w:t>
      </w:r>
      <w:proofErr w:type="spellEnd"/>
      <w:r>
        <w:t xml:space="preserve"> (</w:t>
      </w:r>
      <w:proofErr w:type="spellStart"/>
      <w:r>
        <w:t>cuaca</w:t>
      </w:r>
      <w:proofErr w:type="spellEnd"/>
      <w:r>
        <w:t>)</w:t>
      </w:r>
    </w:p>
    <w:p w14:paraId="747698CD" w14:textId="30EB2265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r w:rsidRPr="00144B51">
        <w:rPr>
          <w:b/>
        </w:rPr>
        <w:t>Darker</w:t>
      </w:r>
      <w:r w:rsidRPr="00144B51">
        <w:rPr>
          <w:b/>
        </w:rPr>
        <w:t xml:space="preserve">: </w:t>
      </w:r>
      <w:r>
        <w:t xml:space="preserve">Makin </w:t>
      </w:r>
      <w:proofErr w:type="spellStart"/>
      <w:r>
        <w:t>gelap</w:t>
      </w:r>
      <w:proofErr w:type="spellEnd"/>
    </w:p>
    <w:p w14:paraId="04D0E01F" w14:textId="2F9316DF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 xml:space="preserve">Charge </w:t>
      </w:r>
      <w:r w:rsidRPr="00144B51">
        <w:rPr>
          <w:b/>
        </w:rPr>
        <w:t>:</w:t>
      </w:r>
      <w:proofErr w:type="gramEnd"/>
      <w:r w:rsidRPr="00144B51">
        <w:rPr>
          <w:b/>
        </w:rP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baterai</w:t>
      </w:r>
    </w:p>
    <w:p w14:paraId="5C32AB40" w14:textId="327AD731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Plug :</w:t>
      </w:r>
      <w:proofErr w:type="gramEnd"/>
      <w:r w:rsidRPr="00144B51">
        <w:rPr>
          <w:b/>
        </w:rPr>
        <w:t xml:space="preserve"> </w:t>
      </w:r>
      <w:proofErr w:type="spellStart"/>
      <w:r>
        <w:t>Stopkontak</w:t>
      </w:r>
      <w:proofErr w:type="spellEnd"/>
      <w:r>
        <w:t xml:space="preserve"> / Colokan</w:t>
      </w:r>
    </w:p>
    <w:p w14:paraId="1EE0939D" w14:textId="1C3D8A30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Earphones :</w:t>
      </w:r>
      <w:proofErr w:type="gramEnd"/>
      <w:r w:rsidRPr="00144B51">
        <w:rPr>
          <w:b/>
        </w:rPr>
        <w:t xml:space="preserve"> </w:t>
      </w:r>
      <w:r>
        <w:t>Earphone / Headset</w:t>
      </w:r>
    </w:p>
    <w:p w14:paraId="288BADF3" w14:textId="2B9DB086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r w:rsidRPr="00144B51">
        <w:rPr>
          <w:b/>
        </w:rPr>
        <w:t xml:space="preserve">Selfie </w:t>
      </w:r>
      <w:proofErr w:type="gramStart"/>
      <w:r w:rsidRPr="00144B51">
        <w:rPr>
          <w:b/>
        </w:rPr>
        <w:t>stick :</w:t>
      </w:r>
      <w:proofErr w:type="gramEnd"/>
      <w:r w:rsidRPr="00144B51">
        <w:rPr>
          <w:b/>
        </w:rPr>
        <w:t xml:space="preserve"> </w:t>
      </w:r>
      <w:proofErr w:type="spellStart"/>
      <w:r>
        <w:t>Tongsis</w:t>
      </w:r>
      <w:proofErr w:type="spellEnd"/>
      <w:r>
        <w:t xml:space="preserve"> / Tongkat narsis</w:t>
      </w:r>
    </w:p>
    <w:p w14:paraId="119D1ACC" w14:textId="1FCD11A1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Instead :</w:t>
      </w:r>
      <w:proofErr w:type="gramEnd"/>
      <w:r w:rsidRPr="00144B51">
        <w:rPr>
          <w:b/>
        </w:rPr>
        <w:t xml:space="preserve"> </w:t>
      </w:r>
      <w:proofErr w:type="spellStart"/>
      <w:r>
        <w:t>Malah</w:t>
      </w:r>
      <w:proofErr w:type="spellEnd"/>
      <w:r>
        <w:t xml:space="preserve"> / Sebagai gantinya</w:t>
      </w:r>
    </w:p>
    <w:p w14:paraId="5319BD94" w14:textId="1EEABDE2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Nervous :</w:t>
      </w:r>
      <w:proofErr w:type="gramEnd"/>
      <w:r w:rsidRPr="00144B51">
        <w:rPr>
          <w:b/>
        </w:rPr>
        <w:t xml:space="preserve"> </w:t>
      </w:r>
      <w:proofErr w:type="spellStart"/>
      <w:r>
        <w:t>Gugup</w:t>
      </w:r>
      <w:proofErr w:type="spellEnd"/>
      <w:r>
        <w:t xml:space="preserve"> / Cemas</w:t>
      </w:r>
    </w:p>
    <w:p w14:paraId="1D8ABCD2" w14:textId="6641FBEF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Appropriate :</w:t>
      </w:r>
      <w:proofErr w:type="gramEnd"/>
      <w:r w:rsidRPr="00144B51">
        <w:rPr>
          <w:b/>
        </w:rPr>
        <w:t xml:space="preserve"> </w:t>
      </w:r>
      <w:proofErr w:type="spellStart"/>
      <w:r>
        <w:t>Tepat</w:t>
      </w:r>
      <w:proofErr w:type="spellEnd"/>
      <w:r>
        <w:t xml:space="preserve"> / Sesuai</w:t>
      </w:r>
    </w:p>
    <w:p w14:paraId="6E7A86E6" w14:textId="783F55DF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Quantifier :</w:t>
      </w:r>
      <w:proofErr w:type="gramEnd"/>
      <w:r w:rsidRPr="00144B51">
        <w:rPr>
          <w:b/>
        </w:rPr>
        <w:t xml:space="preserve"> </w:t>
      </w:r>
      <w:r>
        <w:t xml:space="preserve">Kata </w:t>
      </w:r>
      <w:proofErr w:type="spellStart"/>
      <w:r>
        <w:t>penunjuk</w:t>
      </w:r>
      <w:proofErr w:type="spellEnd"/>
      <w:r>
        <w:t xml:space="preserve"> jumlah</w:t>
      </w:r>
    </w:p>
    <w:p w14:paraId="6D9611C0" w14:textId="0D929584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Routine :</w:t>
      </w:r>
      <w:proofErr w:type="gramEnd"/>
      <w:r w:rsidRPr="00144B51">
        <w:rPr>
          <w:b/>
        </w:rPr>
        <w:t xml:space="preserve"> </w:t>
      </w:r>
      <w:proofErr w:type="spellStart"/>
      <w:r>
        <w:t>Rutinitas</w:t>
      </w:r>
      <w:proofErr w:type="spellEnd"/>
      <w:r>
        <w:t xml:space="preserve"> / Kebiasaan</w:t>
      </w:r>
    </w:p>
    <w:p w14:paraId="3133D7AE" w14:textId="373151A2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Sweep :</w:t>
      </w:r>
      <w:proofErr w:type="gramEnd"/>
      <w:r w:rsidRPr="00144B51">
        <w:rPr>
          <w:b/>
        </w:rPr>
        <w:t xml:space="preserve"> </w:t>
      </w:r>
      <w:proofErr w:type="spellStart"/>
      <w:r>
        <w:t>Menyapu</w:t>
      </w:r>
      <w:proofErr w:type="spellEnd"/>
    </w:p>
    <w:p w14:paraId="2CE5FB77" w14:textId="1F0A27D7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Collect :</w:t>
      </w:r>
      <w:proofErr w:type="gramEnd"/>
      <w:r w:rsidRPr="00144B51">
        <w:rPr>
          <w:b/>
        </w:rPr>
        <w:t xml:space="preserve"> </w:t>
      </w:r>
      <w:proofErr w:type="spellStart"/>
      <w:r>
        <w:t>Mengumpulkan</w:t>
      </w:r>
      <w:proofErr w:type="spellEnd"/>
    </w:p>
    <w:p w14:paraId="0DECC220" w14:textId="168B99A1" w:rsidR="00D5217A" w:rsidRDefault="00144B51" w:rsidP="00144B51">
      <w:pPr>
        <w:pStyle w:val="ListParagraph"/>
        <w:numPr>
          <w:ilvl w:val="0"/>
          <w:numId w:val="11"/>
        </w:numPr>
        <w:spacing w:before="40" w:after="80"/>
      </w:pPr>
      <w:proofErr w:type="gramStart"/>
      <w:r w:rsidRPr="00144B51">
        <w:rPr>
          <w:b/>
        </w:rPr>
        <w:t>Suggestion :</w:t>
      </w:r>
      <w:proofErr w:type="gramEnd"/>
      <w:r w:rsidRPr="00144B51">
        <w:rPr>
          <w:b/>
        </w:rPr>
        <w:t xml:space="preserve"> </w:t>
      </w:r>
      <w:r>
        <w:t>Saran / Nasihat</w:t>
      </w:r>
    </w:p>
    <w:sectPr w:rsidR="00D5217A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1F6AD3"/>
    <w:multiLevelType w:val="hybridMultilevel"/>
    <w:tmpl w:val="512A0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21E67"/>
    <w:multiLevelType w:val="hybridMultilevel"/>
    <w:tmpl w:val="F39A0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4B51"/>
    <w:rsid w:val="0015074B"/>
    <w:rsid w:val="0029639D"/>
    <w:rsid w:val="00326F90"/>
    <w:rsid w:val="00AA1D8D"/>
    <w:rsid w:val="00B47730"/>
    <w:rsid w:val="00CB0664"/>
    <w:rsid w:val="00D521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97E9CB"/>
  <w14:defaultImageDpi w14:val="300"/>
  <w15:docId w15:val="{331F282E-15EF-4ECF-BDDD-BBC1BB0A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asrikaruniati673@gmail.com</cp:lastModifiedBy>
  <cp:revision>2</cp:revision>
  <dcterms:created xsi:type="dcterms:W3CDTF">2013-12-23T23:15:00Z</dcterms:created>
  <dcterms:modified xsi:type="dcterms:W3CDTF">2026-09-06T13:15:00Z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4b6035f0-a225-4234-863d-d5a61fc76255</vt:lpwstr>
  </property>
</Properties>
</file>