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86242" w14:textId="35F1003A" w:rsidR="00A265E7" w:rsidRDefault="005A5BFF" w:rsidP="002618EA">
      <w:pPr>
        <w:spacing w:after="80"/>
        <w:jc w:val="center"/>
      </w:pPr>
      <w:r>
        <w:rPr>
          <w:b/>
          <w:color w:val="1B365D"/>
          <w:sz w:val="40"/>
        </w:rPr>
        <w:t>GLOSSARY ASTS CIVIC LEVEL 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3744"/>
        <w:gridCol w:w="4320"/>
      </w:tblGrid>
      <w:tr w:rsidR="00A265E7" w14:paraId="172E3371" w14:textId="77777777">
        <w:trPr>
          <w:cantSplit/>
          <w:tblHeader/>
          <w:jc w:val="center"/>
        </w:trPr>
        <w:tc>
          <w:tcPr>
            <w:tcW w:w="864" w:type="dxa"/>
            <w:shd w:val="clear" w:color="auto" w:fill="1B365D"/>
          </w:tcPr>
          <w:p w14:paraId="5B3E66E0" w14:textId="77777777" w:rsidR="00A265E7" w:rsidRDefault="005A5BFF">
            <w:pPr>
              <w:spacing w:before="120" w:after="12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3744" w:type="dxa"/>
            <w:shd w:val="clear" w:color="auto" w:fill="1B365D"/>
          </w:tcPr>
          <w:p w14:paraId="03FD849B" w14:textId="77777777" w:rsidR="00A265E7" w:rsidRDefault="005A5BFF">
            <w:pPr>
              <w:spacing w:before="120" w:after="120"/>
            </w:pPr>
            <w:r>
              <w:rPr>
                <w:b/>
                <w:color w:val="FFFFFF"/>
              </w:rPr>
              <w:t>Vocabulary</w:t>
            </w:r>
          </w:p>
        </w:tc>
        <w:tc>
          <w:tcPr>
            <w:tcW w:w="4320" w:type="dxa"/>
            <w:shd w:val="clear" w:color="auto" w:fill="1B365D"/>
          </w:tcPr>
          <w:p w14:paraId="2FD4F0FF" w14:textId="77777777" w:rsidR="00A265E7" w:rsidRDefault="005A5BFF">
            <w:pPr>
              <w:spacing w:before="120" w:after="120"/>
            </w:pPr>
            <w:r>
              <w:rPr>
                <w:b/>
                <w:color w:val="FFFFFF"/>
              </w:rPr>
              <w:t>Arti Bahasa Indonesia</w:t>
            </w:r>
          </w:p>
        </w:tc>
      </w:tr>
      <w:tr w:rsidR="00A265E7" w14:paraId="63F5A61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278307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7E945B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according to its purpose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B234AB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sesuai dengan kegunaannya</w:t>
            </w:r>
          </w:p>
        </w:tc>
      </w:tr>
      <w:tr w:rsidR="00A265E7" w14:paraId="29CE105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1F1C43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301D94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additional support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8F994C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dukungan tambahan</w:t>
            </w:r>
          </w:p>
        </w:tc>
      </w:tr>
      <w:tr w:rsidR="00A265E7" w14:paraId="09B1335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155458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F590BC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agree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626CDC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setuju</w:t>
            </w:r>
          </w:p>
        </w:tc>
      </w:tr>
      <w:tr w:rsidR="00A265E7" w14:paraId="2087058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E0C827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0F565C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agreement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14F0BD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kesepakatan</w:t>
            </w:r>
          </w:p>
        </w:tc>
      </w:tr>
      <w:tr w:rsidR="00A265E7" w14:paraId="6896568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6EB3F7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9EEA00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amend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27D363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mengubah (undang-undang/konstitusi)</w:t>
            </w:r>
          </w:p>
        </w:tc>
      </w:tr>
      <w:tr w:rsidR="00A265E7" w14:paraId="1BA1CBA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A82D58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3847983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amended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DA7DBA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telah diubah</w:t>
            </w:r>
          </w:p>
        </w:tc>
      </w:tr>
      <w:tr w:rsidR="00A265E7" w14:paraId="4BFEC1D6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90E1AB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D24751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belief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AABCDB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kepercayaan/keyakinan</w:t>
            </w:r>
          </w:p>
        </w:tc>
      </w:tr>
      <w:tr w:rsidR="00A265E7" w14:paraId="3DDB6D5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75F13F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58DFA24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carefully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2C22A3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dengan hati-hati</w:t>
            </w:r>
          </w:p>
        </w:tc>
      </w:tr>
      <w:tr w:rsidR="00A265E7" w14:paraId="013088F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5FE236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1A20CB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change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0CF064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mengubah</w:t>
            </w:r>
          </w:p>
        </w:tc>
      </w:tr>
      <w:tr w:rsidR="00A265E7" w14:paraId="2830E47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E02536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A4665B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choose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9B8235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memilih</w:t>
            </w:r>
          </w:p>
        </w:tc>
      </w:tr>
      <w:tr w:rsidR="00A265E7" w14:paraId="4D77844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6B9D96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2D5863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citizen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48B423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warga negara</w:t>
            </w:r>
          </w:p>
        </w:tc>
      </w:tr>
      <w:tr w:rsidR="00A265E7" w14:paraId="18F1293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D1A8B4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E5D394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claim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596BD5A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tuntutan/hak untuk mendapatkan sesuatu</w:t>
            </w:r>
          </w:p>
        </w:tc>
      </w:tr>
      <w:tr w:rsidR="00A265E7" w14:paraId="56C138A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6C5DA0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F49EBE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coexist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1EAC62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hidup berdampingan</w:t>
            </w:r>
          </w:p>
        </w:tc>
      </w:tr>
      <w:tr w:rsidR="00A265E7" w14:paraId="630970F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DA696F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AFA3BB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committee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CD218A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panitia</w:t>
            </w:r>
          </w:p>
        </w:tc>
      </w:tr>
      <w:tr w:rsidR="00A265E7" w14:paraId="3E19579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C3FEF4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BCB431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condition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FD8E01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kondisi/keadaan</w:t>
            </w:r>
          </w:p>
        </w:tc>
      </w:tr>
      <w:tr w:rsidR="00A265E7" w14:paraId="421A921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D427DF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AE86B5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conflict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169C79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konflik</w:t>
            </w:r>
          </w:p>
        </w:tc>
      </w:tr>
      <w:tr w:rsidR="00A265E7" w14:paraId="4616ADC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062887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F1930F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consider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4784C5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mempertimbangkan/menganggap</w:t>
            </w:r>
          </w:p>
        </w:tc>
      </w:tr>
      <w:tr w:rsidR="00A265E7" w14:paraId="55292ED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F15A06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BB78BF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consequence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B80BEE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konsekuensi/akibat</w:t>
            </w:r>
          </w:p>
        </w:tc>
      </w:tr>
      <w:tr w:rsidR="00A265E7" w14:paraId="68DFFD0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7F5BB8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928EFD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constitution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52858F8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konstitusi/undang-undang dasar</w:t>
            </w:r>
          </w:p>
        </w:tc>
      </w:tr>
      <w:tr w:rsidR="00A265E7" w14:paraId="3E8CAFB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3FA6D8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9489D2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constitutional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1C2859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konstitusional</w:t>
            </w:r>
          </w:p>
        </w:tc>
      </w:tr>
      <w:tr w:rsidR="00A265E7" w14:paraId="388A40D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63D53C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69C496E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cultural festival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5DE9F1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festival budaya</w:t>
            </w:r>
          </w:p>
        </w:tc>
      </w:tr>
      <w:tr w:rsidR="00A265E7" w14:paraId="2EF59A2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AE78D18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01CA2A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cultural group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5984E0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kelompok budaya</w:t>
            </w:r>
          </w:p>
        </w:tc>
      </w:tr>
      <w:tr w:rsidR="00A265E7" w14:paraId="68A9A6D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F28054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D5ECA8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culture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88CB28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budaya</w:t>
            </w:r>
          </w:p>
        </w:tc>
      </w:tr>
      <w:tr w:rsidR="00A265E7" w14:paraId="0C4805C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F71FF4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35B7F6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deliberation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833F4E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musyawarah</w:t>
            </w:r>
          </w:p>
        </w:tc>
      </w:tr>
      <w:tr w:rsidR="00A265E7" w14:paraId="27F05B7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211BF4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DE35AB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democracy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561CBFA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demokrasi</w:t>
            </w:r>
          </w:p>
        </w:tc>
      </w:tr>
      <w:tr w:rsidR="00A265E7" w14:paraId="7FE8440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AF1546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740809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development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090D92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pembangunan</w:t>
            </w:r>
          </w:p>
        </w:tc>
      </w:tr>
      <w:tr w:rsidR="00A265E7" w14:paraId="0CF4EF9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C87834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45C3616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devoutly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37C91D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dengan taat/bersungguh-sungguh dalam beragama</w:t>
            </w:r>
          </w:p>
        </w:tc>
      </w:tr>
      <w:tr w:rsidR="00A265E7" w14:paraId="164F8AC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B98CDD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lastRenderedPageBreak/>
              <w:t>28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01CDA3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different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DEB48A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berbeda</w:t>
            </w:r>
          </w:p>
        </w:tc>
      </w:tr>
      <w:tr w:rsidR="00A265E7" w14:paraId="2B1D8D8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48CF40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E7984C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dignity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6E8C6C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martabat</w:t>
            </w:r>
          </w:p>
        </w:tc>
      </w:tr>
      <w:tr w:rsidR="00A265E7" w14:paraId="572BD09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7CACBA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9F3C98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directly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887A75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secara langsung</w:t>
            </w:r>
          </w:p>
        </w:tc>
      </w:tr>
      <w:tr w:rsidR="00A265E7" w14:paraId="653A529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6EEAAE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4D1ECBD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disable / disadvantaged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17EB6D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kurang mampu/kurang beruntung</w:t>
            </w:r>
          </w:p>
        </w:tc>
      </w:tr>
      <w:tr w:rsidR="00A265E7" w14:paraId="5CAE29A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97F52E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49D59C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disagree / disagreement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53897DD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ketidaksepakatan</w:t>
            </w:r>
          </w:p>
        </w:tc>
      </w:tr>
      <w:tr w:rsidR="00A265E7" w14:paraId="7ED6ECC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081BA0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BC957E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discriminate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63E4B2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membeda-bedakan/mendiskriminasi</w:t>
            </w:r>
          </w:p>
        </w:tc>
      </w:tr>
      <w:tr w:rsidR="00A265E7" w14:paraId="6DCD6AE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645F8D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569123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discrimination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AECE9A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diskriminasi / perlakuan tidak adil</w:t>
            </w:r>
          </w:p>
        </w:tc>
      </w:tr>
      <w:tr w:rsidR="00A265E7" w14:paraId="68AA39A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C8C51F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E31C71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discrimination based 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46AFFDD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diskriminasi berdasarkan</w:t>
            </w:r>
          </w:p>
        </w:tc>
      </w:tr>
      <w:tr w:rsidR="00A265E7" w14:paraId="2A31B41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572DB5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255755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discuss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3846C0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berdiskusi / membahas</w:t>
            </w:r>
          </w:p>
        </w:tc>
      </w:tr>
      <w:tr w:rsidR="00A265E7" w14:paraId="550F49A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FD7D6BD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655E37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disturb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4803CE5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mengganggu</w:t>
            </w:r>
          </w:p>
        </w:tc>
      </w:tr>
      <w:tr w:rsidR="00A265E7" w14:paraId="5BA0603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6895D0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EC32C84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diversity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08F7C4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keberagaman</w:t>
            </w:r>
          </w:p>
        </w:tc>
      </w:tr>
      <w:tr w:rsidR="00A265E7" w14:paraId="7A9D4AC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2986B2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39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C52DDEE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drainage system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218C07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sistem drainase</w:t>
            </w:r>
          </w:p>
        </w:tc>
      </w:tr>
      <w:tr w:rsidR="00A265E7" w14:paraId="0CAD93F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F49DC0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F8AD39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duty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BE3C94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kewajiban/tugas</w:t>
            </w:r>
          </w:p>
        </w:tc>
      </w:tr>
      <w:tr w:rsidR="00A265E7" w14:paraId="19ED793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A1154A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5E944D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earnestly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101B79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dengan sungguh-sungguh</w:t>
            </w:r>
          </w:p>
        </w:tc>
      </w:tr>
      <w:tr w:rsidR="00A265E7" w14:paraId="5187F79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64F3C5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8CBCDBE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education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DA0EBE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pendidikan</w:t>
            </w:r>
          </w:p>
        </w:tc>
      </w:tr>
      <w:tr w:rsidR="00A265E7" w14:paraId="2FB578F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832CFB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058B57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election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6358ED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pemilihan umum</w:t>
            </w:r>
          </w:p>
        </w:tc>
      </w:tr>
      <w:tr w:rsidR="00A265E7" w14:paraId="0EC173D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FEE800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BB3A19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eliminate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54B8F3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menghilangkan</w:t>
            </w:r>
          </w:p>
        </w:tc>
      </w:tr>
      <w:tr w:rsidR="00A265E7" w14:paraId="065A719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E85D08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E9E9C1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elucidation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5D63922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penjelasan</w:t>
            </w:r>
          </w:p>
        </w:tc>
      </w:tr>
      <w:tr w:rsidR="00A265E7" w14:paraId="5D01FFF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6C590F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4563F8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enforce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BCFC69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menegakkan/memberlakukan</w:t>
            </w:r>
          </w:p>
        </w:tc>
      </w:tr>
      <w:tr w:rsidR="00A265E7" w14:paraId="7453482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0C4BB2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64BE77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entitled to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8FC5B9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berhak mendapatkan</w:t>
            </w:r>
          </w:p>
        </w:tc>
      </w:tr>
      <w:tr w:rsidR="00A265E7" w14:paraId="5D77E30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A043A9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F4889B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equal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CD75F8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sama/setara</w:t>
            </w:r>
          </w:p>
        </w:tc>
      </w:tr>
      <w:tr w:rsidR="00A265E7" w14:paraId="11755F7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B4C82F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49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149234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equally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DDA798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 xml:space="preserve">secara </w:t>
            </w:r>
            <w:r>
              <w:rPr>
                <w:sz w:val="20"/>
              </w:rPr>
              <w:t>merata/setara</w:t>
            </w:r>
          </w:p>
        </w:tc>
      </w:tr>
      <w:tr w:rsidR="00A265E7" w14:paraId="669C0D9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EDBA11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ABF887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ethnic group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0E2C49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kelompok etnis/suku</w:t>
            </w:r>
          </w:p>
        </w:tc>
      </w:tr>
      <w:tr w:rsidR="00A265E7" w14:paraId="24F7C8AE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BC28A6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4143CFB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fair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184212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adil</w:t>
            </w:r>
          </w:p>
        </w:tc>
      </w:tr>
      <w:tr w:rsidR="00A265E7" w14:paraId="57AAE10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0DA7EF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944EB8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fair solution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40D275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solusi yang adil</w:t>
            </w:r>
          </w:p>
        </w:tc>
      </w:tr>
      <w:tr w:rsidR="00A265E7" w14:paraId="0C4D264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1880B7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6B2C64A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fairly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11DB8F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secara adil</w:t>
            </w:r>
          </w:p>
        </w:tc>
      </w:tr>
      <w:tr w:rsidR="00A265E7" w14:paraId="19CABF6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6C36AF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1EC079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faith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6EAD3C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keyakinan/iman/iman agama</w:t>
            </w:r>
          </w:p>
        </w:tc>
      </w:tr>
      <w:tr w:rsidR="00A265E7" w14:paraId="140AD7C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21C900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6CCF3C2E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fake news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5449B6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berita palsu</w:t>
            </w:r>
          </w:p>
        </w:tc>
      </w:tr>
      <w:tr w:rsidR="00A265E7" w14:paraId="0E49735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F057FF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10B95F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follow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48570E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mengikuti / menaati</w:t>
            </w:r>
          </w:p>
        </w:tc>
      </w:tr>
      <w:tr w:rsidR="00A265E7" w14:paraId="623DAD6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2DB6CA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lastRenderedPageBreak/>
              <w:t>57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6E459E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force an opinion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158AEF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memaksakan pendapat</w:t>
            </w:r>
          </w:p>
        </w:tc>
      </w:tr>
      <w:tr w:rsidR="00A265E7" w14:paraId="7A35EF2E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331F03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DD8E60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formulation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4FDDDE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perumusan/rumusan</w:t>
            </w:r>
          </w:p>
        </w:tc>
      </w:tr>
      <w:tr w:rsidR="00A265E7" w14:paraId="1ACB28F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225ADE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59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A8C2F1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freely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EF7281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secara bebas</w:t>
            </w:r>
          </w:p>
        </w:tc>
      </w:tr>
      <w:tr w:rsidR="00A265E7" w14:paraId="477EE3A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EEF87B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63728B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fulfill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D22B4C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memenuhi</w:t>
            </w:r>
          </w:p>
        </w:tc>
      </w:tr>
      <w:tr w:rsidR="00A265E7" w14:paraId="13A41B2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9F06CE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479002E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function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ACC88A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fungsi/peran</w:t>
            </w:r>
          </w:p>
        </w:tc>
      </w:tr>
      <w:tr w:rsidR="00A265E7" w14:paraId="2AC4497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9B1A98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FC0EF5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funding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7AAB3E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pendanaan</w:t>
            </w:r>
          </w:p>
        </w:tc>
      </w:tr>
      <w:tr w:rsidR="00A265E7" w14:paraId="1A49B1B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743E61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2DF34F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geographical conditions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7FE853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kondisi geografis</w:t>
            </w:r>
          </w:p>
        </w:tc>
      </w:tr>
      <w:tr w:rsidR="00A265E7" w14:paraId="0401F22E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833F42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C295B6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government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9A32CF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pemerintah</w:t>
            </w:r>
          </w:p>
        </w:tc>
      </w:tr>
      <w:tr w:rsidR="00A265E7" w14:paraId="5EBE49D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9B4836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D213B0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granted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EE2D2C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diberikan</w:t>
            </w:r>
          </w:p>
        </w:tc>
      </w:tr>
      <w:tr w:rsidR="00A265E7" w14:paraId="6CD3A1A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5243DB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A6133B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harmony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E097B80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kerukunan</w:t>
            </w:r>
          </w:p>
        </w:tc>
      </w:tr>
      <w:tr w:rsidR="00A265E7" w14:paraId="590445F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DEE9BA8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5D630D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health service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551D1D92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pelayanan kesehatan</w:t>
            </w:r>
          </w:p>
        </w:tc>
      </w:tr>
      <w:tr w:rsidR="00A265E7" w14:paraId="4256CEB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3FD5CC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9DD8A7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help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3161CA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membantu</w:t>
            </w:r>
          </w:p>
        </w:tc>
      </w:tr>
      <w:tr w:rsidR="00A265E7" w14:paraId="05616F4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74559B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69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A8E7D8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holder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77317B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pemegang/pemilik hak</w:t>
            </w:r>
          </w:p>
        </w:tc>
      </w:tr>
      <w:tr w:rsidR="00A265E7" w14:paraId="047F062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5F66ED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A07714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homeland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A922AC0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tanah air</w:t>
            </w:r>
          </w:p>
        </w:tc>
      </w:tr>
      <w:tr w:rsidR="00A265E7" w14:paraId="21A8C80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81BF06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2E3021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honest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59D37E80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jujur</w:t>
            </w:r>
          </w:p>
        </w:tc>
      </w:tr>
      <w:tr w:rsidR="00A265E7" w14:paraId="6C4747F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30F532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DF583A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honestly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EC8E6B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secara jujur</w:t>
            </w:r>
          </w:p>
        </w:tc>
      </w:tr>
      <w:tr w:rsidR="00A265E7" w14:paraId="4024536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5A131B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3FC0E1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household chores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47B6854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pekerjaan rumah tangga</w:t>
            </w:r>
          </w:p>
        </w:tc>
      </w:tr>
      <w:tr w:rsidR="00A265E7" w14:paraId="1C45F0D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CA0895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5C25A5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identity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C0FFC1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identitas</w:t>
            </w:r>
          </w:p>
        </w:tc>
      </w:tr>
      <w:tr w:rsidR="00A265E7" w14:paraId="12410A1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234573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6D01E7C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implementation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D25126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pelaksanaan/penerapan</w:t>
            </w:r>
          </w:p>
        </w:tc>
      </w:tr>
      <w:tr w:rsidR="00A265E7" w14:paraId="571D4C7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42BC44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E15C80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infrastructure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4A7DED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infrastruktur</w:t>
            </w:r>
          </w:p>
        </w:tc>
      </w:tr>
      <w:tr w:rsidR="00A265E7" w14:paraId="454C469E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A0AD04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BE4772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interfaith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6BCD53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antaragama</w:t>
            </w:r>
          </w:p>
        </w:tc>
      </w:tr>
      <w:tr w:rsidR="00A265E7" w14:paraId="55F8171E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A3DF8B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67A30E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international conflict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8B229B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konflik internasional</w:t>
            </w:r>
          </w:p>
        </w:tc>
      </w:tr>
      <w:tr w:rsidR="00A265E7" w14:paraId="000430E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99BC37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79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7A6D02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justice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58D124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keadilan</w:t>
            </w:r>
          </w:p>
        </w:tc>
      </w:tr>
      <w:tr w:rsidR="00A265E7" w14:paraId="089CE0D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BD3C27D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5D9095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language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247D400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bahasa</w:t>
            </w:r>
          </w:p>
        </w:tc>
      </w:tr>
      <w:tr w:rsidR="00A265E7" w14:paraId="1D2892F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56A4D9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A30014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leader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EAF10E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pemimpin</w:t>
            </w:r>
          </w:p>
        </w:tc>
      </w:tr>
      <w:tr w:rsidR="00A265E7" w14:paraId="2E6EE8C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89BAD6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757484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literal meaning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A7D27D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arti secara harfiah</w:t>
            </w:r>
          </w:p>
        </w:tc>
      </w:tr>
      <w:tr w:rsidR="00A265E7" w14:paraId="08C83F1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FE4190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CA1882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local tradition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BF1DD6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tradisi daerah</w:t>
            </w:r>
          </w:p>
        </w:tc>
      </w:tr>
      <w:tr w:rsidR="00A265E7" w14:paraId="7268BD4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52A357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3F511E3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maintain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6003E7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menjaga/mempertahankan</w:t>
            </w:r>
          </w:p>
        </w:tc>
      </w:tr>
      <w:tr w:rsidR="00A265E7" w14:paraId="3F78136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731740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F3C1AE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motto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FE1409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semboyan</w:t>
            </w:r>
          </w:p>
        </w:tc>
      </w:tr>
      <w:tr w:rsidR="00A265E7" w14:paraId="24584CC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C8D773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lastRenderedPageBreak/>
              <w:t>86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A234B2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mutual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707E13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saling</w:t>
            </w:r>
          </w:p>
        </w:tc>
      </w:tr>
      <w:tr w:rsidR="00A265E7" w14:paraId="49CC71E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A865EE8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FF3EAB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national unity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B80085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persatuan nasional</w:t>
            </w:r>
          </w:p>
        </w:tc>
      </w:tr>
      <w:tr w:rsidR="00A265E7" w14:paraId="2CD3EED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33AA0A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3B31280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necessity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7D9E28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sesuatu yang diperlukan/kewajiban</w:t>
            </w:r>
          </w:p>
        </w:tc>
      </w:tr>
      <w:tr w:rsidR="00A265E7" w14:paraId="727C36B6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97DB45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89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467C8DC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obligation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358D8A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kewajiban</w:t>
            </w:r>
          </w:p>
        </w:tc>
      </w:tr>
      <w:tr w:rsidR="00A265E7" w14:paraId="619FDD4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24BDF3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3BF7854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opinion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3781A8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pendapat</w:t>
            </w:r>
          </w:p>
        </w:tc>
      </w:tr>
      <w:tr w:rsidR="00A265E7" w14:paraId="6ED657B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CF9CED4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6807E8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owed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A82968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menjadi kewajiban untuk diberikan</w:t>
            </w:r>
          </w:p>
        </w:tc>
      </w:tr>
      <w:tr w:rsidR="00A265E7" w14:paraId="7AD29F7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FF0060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624592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participate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5B7D8E8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berpartisipasi</w:t>
            </w:r>
          </w:p>
        </w:tc>
      </w:tr>
      <w:tr w:rsidR="00A265E7" w14:paraId="1DCB6756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D3BCBA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A00AD9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peaceful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71077A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damai</w:t>
            </w:r>
          </w:p>
        </w:tc>
      </w:tr>
      <w:tr w:rsidR="00A265E7" w14:paraId="404A734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F48190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BF4B94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peaceful dialogue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675625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dialog damai</w:t>
            </w:r>
          </w:p>
        </w:tc>
      </w:tr>
      <w:tr w:rsidR="00A265E7" w14:paraId="276B439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33461A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B93F44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peacefully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460E234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dengan damai</w:t>
            </w:r>
          </w:p>
        </w:tc>
      </w:tr>
      <w:tr w:rsidR="00A265E7" w14:paraId="50D551E6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90C608D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AE0EE9E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peacekeeping troops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22F04B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pasukan penjaga perdamaian</w:t>
            </w:r>
          </w:p>
        </w:tc>
      </w:tr>
      <w:tr w:rsidR="00A265E7" w14:paraId="393D551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2B3C7D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66062A1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permission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588B96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izin</w:t>
            </w:r>
          </w:p>
        </w:tc>
      </w:tr>
      <w:tr w:rsidR="00A265E7" w14:paraId="7BA71E8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0F762A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D9052B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policy / policies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4C2439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kebijakan</w:t>
            </w:r>
          </w:p>
        </w:tc>
      </w:tr>
      <w:tr w:rsidR="00A265E7" w14:paraId="12D2CEE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54A109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99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56C663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preamble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A9A76F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pembukaan</w:t>
            </w:r>
          </w:p>
        </w:tc>
      </w:tr>
      <w:tr w:rsidR="00A265E7" w14:paraId="647C8C4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C58406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20AC342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principle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95A33A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prinsip/sila</w:t>
            </w:r>
          </w:p>
        </w:tc>
      </w:tr>
      <w:tr w:rsidR="00A265E7" w14:paraId="4F47300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91F186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8F7E44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properly due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8FCA4B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yang menjadi hak/seharusnya diterima</w:t>
            </w:r>
          </w:p>
        </w:tc>
      </w:tr>
      <w:tr w:rsidR="00A265E7" w14:paraId="0BFC4BF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909936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F694FC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prosperity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6267251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kesejahteraan/kemakmuran</w:t>
            </w:r>
          </w:p>
        </w:tc>
      </w:tr>
      <w:tr w:rsidR="00A265E7" w14:paraId="74BEBEE5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8FC1C7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ADC451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prosperous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5F52561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sejahtera</w:t>
            </w:r>
          </w:p>
        </w:tc>
      </w:tr>
      <w:tr w:rsidR="00A265E7" w14:paraId="4A032B9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4AE5D0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03325D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provision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53E81B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ketentuan</w:t>
            </w:r>
          </w:p>
        </w:tc>
      </w:tr>
      <w:tr w:rsidR="00A265E7" w14:paraId="6C798D1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6AB043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9CE523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public services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B35729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pelayanan publik</w:t>
            </w:r>
          </w:p>
        </w:tc>
      </w:tr>
      <w:tr w:rsidR="00A265E7" w14:paraId="03EA958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E27098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AA4FC8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punishment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67865E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hukuman</w:t>
            </w:r>
          </w:p>
        </w:tc>
      </w:tr>
      <w:tr w:rsidR="00A265E7" w14:paraId="4DB77F2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978307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2E7404E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regional language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C9AE7B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bahasa daerah</w:t>
            </w:r>
          </w:p>
        </w:tc>
      </w:tr>
      <w:tr w:rsidR="00A265E7" w14:paraId="20BBFD2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3955C0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3F7304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relationship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D03400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hubungan</w:t>
            </w:r>
          </w:p>
        </w:tc>
      </w:tr>
      <w:tr w:rsidR="00A265E7" w14:paraId="7D125DC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6EC566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109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3BB89F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religion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CA83BF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agama</w:t>
            </w:r>
          </w:p>
        </w:tc>
      </w:tr>
      <w:tr w:rsidR="00A265E7" w14:paraId="233DE34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4A3B73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7B792D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religious activity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388A0DB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kegiatan keagamaan</w:t>
            </w:r>
          </w:p>
        </w:tc>
      </w:tr>
      <w:tr w:rsidR="00A265E7" w14:paraId="7659EF2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843F50E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21CD5A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religious background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73D510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latar belakang agama</w:t>
            </w:r>
          </w:p>
        </w:tc>
      </w:tr>
      <w:tr w:rsidR="00A265E7" w14:paraId="2306A40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337AC5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39DA657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religious observance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A741998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pelaksanaan/perayaan keagamaan</w:t>
            </w:r>
          </w:p>
        </w:tc>
      </w:tr>
      <w:tr w:rsidR="00A265E7" w14:paraId="60043A0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0CE6E4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A69E20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remote area / remote areas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B10010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daerah terpencil</w:t>
            </w:r>
          </w:p>
        </w:tc>
      </w:tr>
      <w:tr w:rsidR="00A265E7" w14:paraId="523B36F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D32889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36AEDA3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representation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CF6C6F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perwakilan</w:t>
            </w:r>
          </w:p>
        </w:tc>
      </w:tr>
      <w:tr w:rsidR="00A265E7" w14:paraId="6568FA2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4B9522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lastRenderedPageBreak/>
              <w:t>115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491EF5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representative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D97035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wakil</w:t>
            </w:r>
          </w:p>
        </w:tc>
      </w:tr>
      <w:tr w:rsidR="00A265E7" w14:paraId="5592F23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7525FB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E2E173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respect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93D73D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menghormati</w:t>
            </w:r>
          </w:p>
        </w:tc>
      </w:tr>
      <w:tr w:rsidR="00A265E7" w14:paraId="248604F2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163681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D9D566E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responsibility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809A18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tanggung jawab</w:t>
            </w:r>
          </w:p>
        </w:tc>
      </w:tr>
      <w:tr w:rsidR="00A265E7" w14:paraId="46ED818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478702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B74A4B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responsibly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4E02B6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dengan bertanggung jawab</w:t>
            </w:r>
          </w:p>
        </w:tc>
      </w:tr>
      <w:tr w:rsidR="00A265E7" w14:paraId="1AE013B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208F0EF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119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B3D8A9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right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2FACEE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hak</w:t>
            </w:r>
          </w:p>
        </w:tc>
      </w:tr>
      <w:tr w:rsidR="00A265E7" w14:paraId="0910D93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1602161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FED42E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rule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C2D833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aturan</w:t>
            </w:r>
          </w:p>
        </w:tc>
      </w:tr>
      <w:tr w:rsidR="00A265E7" w14:paraId="628E857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6668BCF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B26F260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safeguarded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02D3D1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dilindungi/dijaga</w:t>
            </w:r>
          </w:p>
        </w:tc>
      </w:tr>
      <w:tr w:rsidR="00A265E7" w14:paraId="3B38C09B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0A3BAD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7444B02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sanction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A27FD9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sanksi / hukuman</w:t>
            </w:r>
          </w:p>
        </w:tc>
      </w:tr>
      <w:tr w:rsidR="00A265E7" w14:paraId="43CD829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B41D4FA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794260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science and technology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984B98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ilmu pengetahuan dan teknologi</w:t>
            </w:r>
          </w:p>
        </w:tc>
      </w:tr>
      <w:tr w:rsidR="00A265E7" w14:paraId="797ABCA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E170CC8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552242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secret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0B41E1A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rahasia</w:t>
            </w:r>
          </w:p>
        </w:tc>
      </w:tr>
      <w:tr w:rsidR="00A265E7" w14:paraId="65FBE10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4A5201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DCD449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secretly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46CDF34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secara rahasia</w:t>
            </w:r>
          </w:p>
        </w:tc>
      </w:tr>
      <w:tr w:rsidR="00A265E7" w14:paraId="256589AA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AF5E19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5DCB30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social security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ECCE47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jaminan sosial</w:t>
            </w:r>
          </w:p>
        </w:tc>
      </w:tr>
      <w:tr w:rsidR="00A265E7" w14:paraId="627A96DD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35F0FD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0EF2663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soul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1A06CCB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jiwa</w:t>
            </w:r>
          </w:p>
        </w:tc>
      </w:tr>
      <w:tr w:rsidR="00A265E7" w14:paraId="38AA60F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3FA847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CB78299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speech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719ED1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pidato</w:t>
            </w:r>
          </w:p>
        </w:tc>
      </w:tr>
      <w:tr w:rsidR="00A265E7" w14:paraId="7BF3D24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B564E5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129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9099BA2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spread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40A458E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menyebarkan</w:t>
            </w:r>
          </w:p>
        </w:tc>
      </w:tr>
      <w:tr w:rsidR="00A265E7" w14:paraId="47C24E3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53D72D1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0E9747F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statement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726D4E7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pernyataan</w:t>
            </w:r>
          </w:p>
        </w:tc>
      </w:tr>
      <w:tr w:rsidR="00A265E7" w14:paraId="4445C7F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43EED4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7D21B0C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suitable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1087C96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sesuai/cocok</w:t>
            </w:r>
          </w:p>
        </w:tc>
      </w:tr>
      <w:tr w:rsidR="00A265E7" w14:paraId="5A932B5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415F36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9277CA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superior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AE4E789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lebih unggul/lebih tinggi</w:t>
            </w:r>
          </w:p>
        </w:tc>
      </w:tr>
      <w:tr w:rsidR="00A265E7" w14:paraId="58F31639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5AF287C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54F37E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take care of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B20809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merawat/menjaga</w:t>
            </w:r>
          </w:p>
        </w:tc>
      </w:tr>
      <w:tr w:rsidR="00A265E7" w14:paraId="75BB5FF6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0A8670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5785DEC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tolerance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5C01A3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toleransi</w:t>
            </w:r>
          </w:p>
        </w:tc>
      </w:tr>
      <w:tr w:rsidR="00A265E7" w14:paraId="1DF6B5B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05D5D5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08D2F84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tradition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08B6036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tradisi</w:t>
            </w:r>
          </w:p>
        </w:tc>
      </w:tr>
      <w:tr w:rsidR="00A265E7" w14:paraId="31C41BB1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1CA6B707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2C85731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traditional performance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AC5CFD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pertunjukan tradisional</w:t>
            </w:r>
          </w:p>
        </w:tc>
      </w:tr>
      <w:tr w:rsidR="00A265E7" w14:paraId="4D6815C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B6716F0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4CE7D38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transitional provisions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4AA8974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ketentuan peralihan</w:t>
            </w:r>
          </w:p>
        </w:tc>
      </w:tr>
      <w:tr w:rsidR="00A265E7" w14:paraId="0578496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2D198AF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7F57E6C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unchangeable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FFFDAC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tidak dapat diubah</w:t>
            </w:r>
          </w:p>
        </w:tc>
      </w:tr>
      <w:tr w:rsidR="00A265E7" w14:paraId="597B62F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2A4B0B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139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31CFE9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unite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7A603FC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menyatukan</w:t>
            </w:r>
          </w:p>
        </w:tc>
      </w:tr>
      <w:tr w:rsidR="00A265E7" w14:paraId="5099B34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D91C958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CE626B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unity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7467E3C3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persatuan</w:t>
            </w:r>
          </w:p>
        </w:tc>
      </w:tr>
      <w:tr w:rsidR="00A265E7" w14:paraId="761E41F3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337F0242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141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2A866D8D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uphold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02259052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menjunjung tinggi</w:t>
            </w:r>
          </w:p>
        </w:tc>
      </w:tr>
      <w:tr w:rsidR="00A265E7" w14:paraId="4039C9E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01D4EEE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142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0DE0CC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urban regions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419D079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wilayah perkotaan</w:t>
            </w:r>
          </w:p>
        </w:tc>
      </w:tr>
      <w:tr w:rsidR="00A265E7" w14:paraId="0EE7E66C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04049CA3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143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3FF9BF4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vulnerable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B2BEB1F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rentan</w:t>
            </w:r>
          </w:p>
        </w:tc>
      </w:tr>
      <w:tr w:rsidR="00A265E7" w14:paraId="3C98DA08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717F6EE9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lastRenderedPageBreak/>
              <w:t>144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40CECAE5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vulnerable citizens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584A7C8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warga negara yang rentan</w:t>
            </w:r>
          </w:p>
        </w:tc>
      </w:tr>
      <w:tr w:rsidR="00A265E7" w14:paraId="0580E5F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4EF13035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145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5D35027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welfare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66B6950C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kesejahteraan</w:t>
            </w:r>
          </w:p>
        </w:tc>
      </w:tr>
      <w:tr w:rsidR="00A265E7" w14:paraId="5AB638FE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3D042C0C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146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641A9BFA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wisely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6BDEBAE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dengan bijaksana</w:t>
            </w:r>
          </w:p>
        </w:tc>
      </w:tr>
      <w:tr w:rsidR="00A265E7" w14:paraId="1D93A2D0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1BB53DE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147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13152B74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world order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2E30B4C5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ketertiban dunia</w:t>
            </w:r>
          </w:p>
        </w:tc>
      </w:tr>
      <w:tr w:rsidR="00A265E7" w14:paraId="5747B917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43D9D6B6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148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170ED318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world peace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2EC5046E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perdamaian dunia</w:t>
            </w:r>
          </w:p>
        </w:tc>
      </w:tr>
      <w:tr w:rsidR="00A265E7" w14:paraId="562BAE84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FFFFF"/>
          </w:tcPr>
          <w:p w14:paraId="75948BFB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149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FFFFF"/>
          </w:tcPr>
          <w:p w14:paraId="5ECB1A36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worldview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FFFFF"/>
          </w:tcPr>
          <w:p w14:paraId="30B9778A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pandangan hidup</w:t>
            </w:r>
          </w:p>
        </w:tc>
      </w:tr>
      <w:tr w:rsidR="00A265E7" w14:paraId="379AFF3F" w14:textId="77777777">
        <w:trPr>
          <w:cantSplit/>
          <w:jc w:val="center"/>
        </w:trPr>
        <w:tc>
          <w:tcPr>
            <w:tcW w:w="864" w:type="dxa"/>
            <w:tcBorders>
              <w:bottom w:val="single" w:sz="4" w:space="0" w:color="E0E0E0"/>
            </w:tcBorders>
            <w:shd w:val="clear" w:color="auto" w:fill="F4F6F9"/>
          </w:tcPr>
          <w:p w14:paraId="64D2DF6F" w14:textId="77777777" w:rsidR="00A265E7" w:rsidRDefault="005A5BFF">
            <w:pPr>
              <w:spacing w:before="80" w:after="80"/>
              <w:jc w:val="center"/>
            </w:pPr>
            <w:r>
              <w:rPr>
                <w:sz w:val="20"/>
              </w:rPr>
              <w:t>150</w:t>
            </w:r>
          </w:p>
        </w:tc>
        <w:tc>
          <w:tcPr>
            <w:tcW w:w="3744" w:type="dxa"/>
            <w:tcBorders>
              <w:bottom w:val="single" w:sz="4" w:space="0" w:color="E0E0E0"/>
            </w:tcBorders>
            <w:shd w:val="clear" w:color="auto" w:fill="F4F6F9"/>
          </w:tcPr>
          <w:p w14:paraId="08D28B3B" w14:textId="77777777" w:rsidR="00A265E7" w:rsidRDefault="005A5BFF">
            <w:pPr>
              <w:spacing w:before="80" w:after="80"/>
            </w:pPr>
            <w:r>
              <w:rPr>
                <w:b/>
                <w:color w:val="1B365D"/>
                <w:sz w:val="20"/>
              </w:rPr>
              <w:t>worship</w:t>
            </w:r>
          </w:p>
        </w:tc>
        <w:tc>
          <w:tcPr>
            <w:tcW w:w="4320" w:type="dxa"/>
            <w:tcBorders>
              <w:bottom w:val="single" w:sz="4" w:space="0" w:color="E0E0E0"/>
            </w:tcBorders>
            <w:shd w:val="clear" w:color="auto" w:fill="F4F6F9"/>
          </w:tcPr>
          <w:p w14:paraId="10340B1D" w14:textId="77777777" w:rsidR="00A265E7" w:rsidRDefault="005A5BFF">
            <w:pPr>
              <w:spacing w:before="80" w:after="80"/>
            </w:pPr>
            <w:r>
              <w:rPr>
                <w:sz w:val="20"/>
              </w:rPr>
              <w:t>beribadah</w:t>
            </w:r>
          </w:p>
        </w:tc>
      </w:tr>
    </w:tbl>
    <w:p w14:paraId="503EF811" w14:textId="77777777" w:rsidR="005A5BFF" w:rsidRDefault="005A5BFF"/>
    <w:sectPr w:rsidR="005A5BFF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8EA"/>
    <w:rsid w:val="0029639D"/>
    <w:rsid w:val="00326F90"/>
    <w:rsid w:val="005A5BFF"/>
    <w:rsid w:val="00A265E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A9AD3"/>
  <w14:defaultImageDpi w14:val="300"/>
  <w15:docId w15:val="{5EA2B86A-A96D-4E7D-9793-E0033F39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Mayang Galuh Asoka</cp:lastModifiedBy>
  <cp:revision>2</cp:revision>
  <dcterms:created xsi:type="dcterms:W3CDTF">2013-12-23T23:15:00Z</dcterms:created>
  <dcterms:modified xsi:type="dcterms:W3CDTF">2026-09-14T01:45:00Z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8b7b6e36-6765-47b2-aedf-a8edbc52db42</vt:lpwstr>
  </property>
</Properties>
</file>